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[FULL NAME]</w:t>
      </w:r>
    </w:p>
    <w:p>
      <w:pPr>
        <w:jc w:val="center"/>
      </w:pPr>
      <w:r>
        <w:t>[Current/Target Role] | [Years] Years | [Primary Domain]</w:t>
      </w:r>
    </w:p>
    <w:p>
      <w:pPr>
        <w:jc w:val="center"/>
      </w:pPr>
      <w:r>
        <w:t>[Phone] | [Email] | [City] | [LinkedIn URL] | [Portfolio URL]</w:t>
      </w:r>
    </w:p>
    <w:p>
      <w:pPr>
        <w:pStyle w:val="Heading2"/>
      </w:pPr>
      <w:r>
        <w:t>PROFESSIONAL SUMMARY</w:t>
      </w:r>
    </w:p>
    <w:p>
      <w:r>
        <w:t>[Target Role] professional with [years] years of experience in [domain/process/technology]. Strongest work includes [achievement 1], [achievement 2], and [achievement 3]. Looking for roles focused on [target responsibility] where I can improve [business or technical outcome].</w:t>
      </w:r>
    </w:p>
    <w:p>
      <w:pPr>
        <w:pStyle w:val="Heading2"/>
      </w:pPr>
      <w:r>
        <w:t>CORE SKILLS</w:t>
      </w:r>
    </w:p>
    <w:p>
      <w:r>
        <w:t>Domain: [Domain Skill 1], [Domain Skill 2], [Domain Skill 3]</w:t>
      </w:r>
    </w:p>
    <w:p>
      <w:r>
        <w:t>Tools: [Tool 1], [Tool 2], [Tool 3]</w:t>
      </w:r>
    </w:p>
    <w:p>
      <w:r>
        <w:t>Strengths: Stakeholder communication, documentation, process improvement, ownership</w:t>
      </w:r>
    </w:p>
    <w:p>
      <w:pPr>
        <w:pStyle w:val="Heading2"/>
      </w:pPr>
      <w:r>
        <w:t>PROFESSIONAL EXPERIENCE</w:t>
      </w:r>
    </w:p>
    <w:p>
      <w:r>
        <w:t>[Company Name] | [Job Title] | [Location] | [Month Year] - Present</w:t>
      </w:r>
    </w:p>
    <w:p>
      <w:pPr>
        <w:pStyle w:val="ListBullet"/>
      </w:pPr>
      <w:r>
        <w:t>Led or delivered [responsibility] for [team/customer/process], improving [metric or outcome] by [truthful result].</w:t>
      </w:r>
    </w:p>
    <w:p>
      <w:pPr>
        <w:pStyle w:val="ListBullet"/>
      </w:pPr>
      <w:r>
        <w:t>Used [tool/process] to manage [scope], reduce [risk/error/time], and support [business goal].</w:t>
      </w:r>
    </w:p>
    <w:p>
      <w:pPr>
        <w:pStyle w:val="ListBullet"/>
      </w:pPr>
      <w:r>
        <w:t>Collaborated with [teams/stakeholders] to resolve [problem] and document [process/result].</w:t>
      </w:r>
    </w:p>
    <w:p>
      <w:pPr>
        <w:pStyle w:val="ListBullet"/>
      </w:pPr>
      <w:r>
        <w:t>Trained, reviewed, or supported [number/type] of users, team members, tickets, reports, or deliverables.</w:t>
      </w:r>
    </w:p>
    <w:p>
      <w:r>
        <w:t>[Previous Company Name] | [Job Title] | [Location] | [Month Year] - [Month Year]</w:t>
      </w:r>
    </w:p>
    <w:p>
      <w:pPr>
        <w:pStyle w:val="ListBullet"/>
      </w:pPr>
      <w:r>
        <w:t>Handled [responsibility] with focus on [quality/speed/customer/compliance/reliability].</w:t>
      </w:r>
    </w:p>
    <w:p>
      <w:pPr>
        <w:pStyle w:val="ListBullet"/>
      </w:pPr>
      <w:r>
        <w:t>Prepared [reports/dashboards/documents/releases] and improved visibility into [business area].</w:t>
      </w:r>
    </w:p>
    <w:p>
      <w:pPr>
        <w:pStyle w:val="Heading2"/>
      </w:pPr>
      <w:r>
        <w:t>SELECTED PROJECTS OR INITIATIVES</w:t>
      </w:r>
    </w:p>
    <w:p>
      <w:pPr>
        <w:pStyle w:val="ListBullet"/>
      </w:pPr>
      <w:r>
        <w:t>[Project/Initiative]: [Action you took], using [tools/process], resulting in [measurable or observable result].</w:t>
      </w:r>
    </w:p>
    <w:p>
      <w:pPr>
        <w:pStyle w:val="ListBullet"/>
      </w:pPr>
      <w:r>
        <w:t>[Project/Initiative]: Worked with [team] to fix [problem] and document [change].</w:t>
      </w:r>
    </w:p>
    <w:p>
      <w:pPr>
        <w:pStyle w:val="Heading2"/>
      </w:pPr>
      <w:r>
        <w:t>EDUCATION AND CERTIFICATIONS</w:t>
      </w:r>
    </w:p>
    <w:p>
      <w:r>
        <w:t>[Degree] - [Institution], [Year]</w:t>
      </w:r>
    </w:p>
    <w:p>
      <w:r>
        <w:t>[Certification Name] - [Issuer], [Year]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