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[FULL NAME]</w:t>
      </w:r>
    </w:p>
    <w:p>
      <w:pPr>
        <w:jc w:val="center"/>
      </w:pPr>
      <w:r>
        <w:t>[Target Role] Fresher | [Primary Skill] | [City, India]</w:t>
      </w:r>
    </w:p>
    <w:p>
      <w:pPr>
        <w:jc w:val="center"/>
      </w:pPr>
      <w:r>
        <w:t>[Phone] | [Email] | [LinkedIn URL] | [Portfolio or GitHub URL]</w:t>
      </w:r>
    </w:p>
    <w:p>
      <w:pPr>
        <w:pStyle w:val="Heading2"/>
      </w:pPr>
      <w:r>
        <w:t>PROFESSIONAL SUMMARY</w:t>
      </w:r>
    </w:p>
    <w:p>
      <w:r>
        <w:t>Final-year or recent [Degree] graduate with practical exposure to [Skill 1], [Skill 2], and [Tool/Domain]. Built [number] academic or personal projects, including [Project Name], where I [short evidence]. Seeking an entry-level [Target Role] opportunity where I can contribute to [team/business area].</w:t>
      </w:r>
    </w:p>
    <w:p>
      <w:pPr>
        <w:pStyle w:val="Heading2"/>
      </w:pPr>
      <w:r>
        <w:t>SKILLS</w:t>
      </w:r>
    </w:p>
    <w:p>
      <w:r>
        <w:t>Languages/Tools: [Skill 1], [Skill 2], [Skill 3], [Tool 1]</w:t>
      </w:r>
    </w:p>
    <w:p>
      <w:r>
        <w:t>Concepts: [Concept 1], [Concept 2], [Concept 3]</w:t>
      </w:r>
    </w:p>
    <w:p>
      <w:r>
        <w:t>Professional: Documentation, teamwork, problem solving, status updates</w:t>
      </w:r>
    </w:p>
    <w:p>
      <w:pPr>
        <w:pStyle w:val="Heading2"/>
      </w:pPr>
      <w:r>
        <w:t>PROJECTS</w:t>
      </w:r>
    </w:p>
    <w:p>
      <w:r>
        <w:t>[Project Name] | [Tools Used] | [Month Year]</w:t>
      </w:r>
    </w:p>
    <w:p>
      <w:pPr>
        <w:pStyle w:val="ListBullet"/>
      </w:pPr>
      <w:r>
        <w:t>Built [feature or output] to solve [problem] for [user/group/class context].</w:t>
      </w:r>
    </w:p>
    <w:p>
      <w:pPr>
        <w:pStyle w:val="ListBullet"/>
      </w:pPr>
      <w:r>
        <w:t>Implemented [your personal contribution] using [tools/methods], with [testing, validation, or review method].</w:t>
      </w:r>
    </w:p>
    <w:p>
      <w:pPr>
        <w:pStyle w:val="ListBullet"/>
      </w:pPr>
      <w:r>
        <w:t>Improved or demonstrated [result], such as [accuracy/time saved/users supported/marks/demo outcome], where truthful.</w:t>
      </w:r>
    </w:p>
    <w:p>
      <w:r>
        <w:t>[Second Project Name] | [Tools Used] | [Month Year]</w:t>
      </w:r>
    </w:p>
    <w:p>
      <w:pPr>
        <w:pStyle w:val="ListBullet"/>
      </w:pPr>
      <w:r>
        <w:t>Designed [module/report/workflow] and documented [data/source/process] clearly.</w:t>
      </w:r>
    </w:p>
    <w:p>
      <w:pPr>
        <w:pStyle w:val="ListBullet"/>
      </w:pPr>
      <w:r>
        <w:t>Presented the project to [audience] and answered questions on [technical or business area].</w:t>
      </w:r>
    </w:p>
    <w:p>
      <w:pPr>
        <w:pStyle w:val="Heading2"/>
      </w:pPr>
      <w:r>
        <w:t>INTERNSHIP OR TRAINING</w:t>
      </w:r>
    </w:p>
    <w:p>
      <w:r>
        <w:t>[Company/Institute Name] | [Role/Training Name] | [Dates]</w:t>
      </w:r>
    </w:p>
    <w:p>
      <w:pPr>
        <w:pStyle w:val="ListBullet"/>
      </w:pPr>
      <w:r>
        <w:t>Worked on [task] under guidance from [team/mentor], using [tool/process].</w:t>
      </w:r>
    </w:p>
    <w:p>
      <w:pPr>
        <w:pStyle w:val="ListBullet"/>
      </w:pPr>
      <w:r>
        <w:t>Prepared [report/demo/output] and received feedback on [quality area].</w:t>
      </w:r>
    </w:p>
    <w:p>
      <w:pPr>
        <w:pStyle w:val="Heading2"/>
      </w:pPr>
      <w:r>
        <w:t>EDUCATION</w:t>
      </w:r>
    </w:p>
    <w:p>
      <w:r>
        <w:t>[Degree], [Branch/Specialization] - [College/University], [Year]</w:t>
      </w:r>
    </w:p>
    <w:p>
      <w:r>
        <w:t>Relevant coursework: [Course 1], [Course 2], [Course 3]</w:t>
      </w:r>
    </w:p>
    <w:p>
      <w:pPr>
        <w:pStyle w:val="Heading2"/>
      </w:pPr>
      <w:r>
        <w:t>CERTIFICATIONS AND ACHIEVEMENTS</w:t>
      </w:r>
    </w:p>
    <w:p>
      <w:pPr>
        <w:pStyle w:val="ListBullet"/>
      </w:pPr>
      <w:r>
        <w:t>[Certification Name], [Issuer], [Year]</w:t>
      </w:r>
    </w:p>
    <w:p>
      <w:pPr>
        <w:pStyle w:val="ListBullet"/>
      </w:pPr>
      <w:r>
        <w:t>[Competition/Achievement], [Result or role], [Year]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