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[FULL NAME]</w:t>
      </w:r>
    </w:p>
    <w:p>
      <w:pPr>
        <w:jc w:val="center"/>
      </w:pPr>
      <w:r>
        <w:t>[Internship Target] Candidate | [Degree/Year] | [Primary Skill]</w:t>
      </w:r>
    </w:p>
    <w:p>
      <w:pPr>
        <w:jc w:val="center"/>
      </w:pPr>
      <w:r>
        <w:t>[Phone] | [Email] | [City] | [LinkedIn URL] | [Portfolio/GitHub URL]</w:t>
      </w:r>
    </w:p>
    <w:p>
      <w:pPr>
        <w:pStyle w:val="Heading2"/>
      </w:pPr>
      <w:r>
        <w:t>OBJECTIVE</w:t>
      </w:r>
    </w:p>
    <w:p>
      <w:r>
        <w:t>Seeking a [role/domain] internship where I can apply [Skill 1], [Skill 2], and [Skill 3] while learning from practical team work. Available from [date] for [duration], with interest in [domain/problem area].</w:t>
      </w:r>
    </w:p>
    <w:p>
      <w:pPr>
        <w:pStyle w:val="Heading2"/>
      </w:pPr>
      <w:r>
        <w:t>EDUCATION</w:t>
      </w:r>
    </w:p>
    <w:p>
      <w:r>
        <w:t>[Degree], [Branch] - [College/University], [Expected Graduation Year]</w:t>
      </w:r>
    </w:p>
    <w:p>
      <w:r>
        <w:t>Relevant coursework: [Course 1], [Course 2], [Course 3]</w:t>
      </w:r>
    </w:p>
    <w:p>
      <w:pPr>
        <w:pStyle w:val="Heading2"/>
      </w:pPr>
      <w:r>
        <w:t>PROJECTS</w:t>
      </w:r>
    </w:p>
    <w:p>
      <w:r>
        <w:t>[Project Name] | [Tools] | [Month Year]</w:t>
      </w:r>
    </w:p>
    <w:p>
      <w:pPr>
        <w:pStyle w:val="ListBullet"/>
      </w:pPr>
      <w:r>
        <w:t>Built [output] to solve [problem] as part of [course/team/personal work].</w:t>
      </w:r>
    </w:p>
    <w:p>
      <w:pPr>
        <w:pStyle w:val="ListBullet"/>
      </w:pPr>
      <w:r>
        <w:t>Contributed [your work] and tested [feature/data/process] using [method].</w:t>
      </w:r>
    </w:p>
    <w:p>
      <w:pPr>
        <w:pStyle w:val="ListBullet"/>
      </w:pPr>
      <w:r>
        <w:t>Recorded lessons learned about [concept/tool/teamwork].</w:t>
      </w:r>
    </w:p>
    <w:p>
      <w:pPr>
        <w:pStyle w:val="Heading2"/>
      </w:pPr>
      <w:r>
        <w:t>SKILLS</w:t>
      </w:r>
    </w:p>
    <w:p>
      <w:r>
        <w:t>Technical or role skills: [Skill 1], [Skill 2], [Skill 3], [Tool 1]</w:t>
      </w:r>
    </w:p>
    <w:p>
      <w:r>
        <w:t>Work habits: Research, documentation, meeting notes, feedback implementation</w:t>
      </w:r>
    </w:p>
    <w:p>
      <w:pPr>
        <w:pStyle w:val="Heading2"/>
      </w:pPr>
      <w:r>
        <w:t>ACTIVITIES AND ACHIEVEMENTS</w:t>
      </w:r>
    </w:p>
    <w:p>
      <w:pPr>
        <w:pStyle w:val="ListBullet"/>
      </w:pPr>
      <w:r>
        <w:t>[Club/Event/Volunteer Role]: Managed [task] and coordinated with [group].</w:t>
      </w:r>
    </w:p>
    <w:p>
      <w:pPr>
        <w:pStyle w:val="ListBullet"/>
      </w:pPr>
      <w:r>
        <w:t>[Achievement]: [Result], [Year].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4F81BD" w:themeColor="accent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