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[FULL NAME]</w:t>
      </w:r>
    </w:p>
    <w:p>
      <w:pPr>
        <w:jc w:val="center"/>
      </w:pPr>
      <w:r>
        <w:t>[Role] | [Domain] | [Location]</w:t>
      </w:r>
    </w:p>
    <w:p>
      <w:pPr>
        <w:jc w:val="center"/>
      </w:pPr>
      <w:r>
        <w:t>[Phone] | [Email] | [LinkedIn] | [Portfolio]</w:t>
      </w:r>
    </w:p>
    <w:p>
      <w:pPr>
        <w:pStyle w:val="Heading2"/>
      </w:pPr>
      <w:r>
        <w:t>PROFILE</w:t>
      </w:r>
    </w:p>
    <w:p>
      <w:r>
        <w:t>[Brief profile in 2-3 lines. Mention target role, strongest evidence, relevant domain, and current availability.]</w:t>
      </w:r>
    </w:p>
    <w:p>
      <w:pPr>
        <w:pStyle w:val="Heading2"/>
      </w:pPr>
      <w:r>
        <w:t>EXPERIENCE</w:t>
      </w:r>
    </w:p>
    <w:p>
      <w:r>
        <w:t>[Company/Project] - [Role] | [Dates]</w:t>
      </w:r>
    </w:p>
    <w:p>
      <w:pPr>
        <w:pStyle w:val="ListBullet"/>
      </w:pPr>
      <w:r>
        <w:t>Action + scope + tool/process + result.</w:t>
      </w:r>
    </w:p>
    <w:p>
      <w:pPr>
        <w:pStyle w:val="ListBullet"/>
      </w:pPr>
      <w:r>
        <w:t>Action + team/customer/context + result.</w:t>
      </w:r>
    </w:p>
    <w:p>
      <w:pPr>
        <w:pStyle w:val="ListBullet"/>
      </w:pPr>
      <w:r>
        <w:t>Action + improvement/learning/documentation.</w:t>
      </w:r>
    </w:p>
    <w:p>
      <w:pPr>
        <w:pStyle w:val="Heading2"/>
      </w:pPr>
      <w:r>
        <w:t>PROJECTS</w:t>
      </w:r>
    </w:p>
    <w:p>
      <w:r>
        <w:t>[Project Name] | [Tools] | [Link if public]</w:t>
      </w:r>
    </w:p>
    <w:p>
      <w:pPr>
        <w:pStyle w:val="ListBullet"/>
      </w:pPr>
      <w:r>
        <w:t>Problem: [what the project solved].</w:t>
      </w:r>
    </w:p>
    <w:p>
      <w:pPr>
        <w:pStyle w:val="ListBullet"/>
      </w:pPr>
      <w:r>
        <w:t>Contribution: [what you personally did].</w:t>
      </w:r>
    </w:p>
    <w:p>
      <w:pPr>
        <w:pStyle w:val="ListBullet"/>
      </w:pPr>
      <w:r>
        <w:t>Result: [demo, metric, feedback, learning, or delivery].</w:t>
      </w:r>
    </w:p>
    <w:p>
      <w:pPr>
        <w:pStyle w:val="Heading2"/>
      </w:pPr>
      <w:r>
        <w:t>SKILLS</w:t>
      </w:r>
    </w:p>
    <w:p>
      <w:r>
        <w:t>[Skill 1], [Skill 2], [Skill 3], [Skill 4], [Skill 5]</w:t>
      </w:r>
    </w:p>
    <w:p>
      <w:pPr>
        <w:pStyle w:val="Heading2"/>
      </w:pPr>
      <w:r>
        <w:t>EDUCATION</w:t>
      </w:r>
    </w:p>
    <w:p>
      <w:r>
        <w:t>[Degree] - [Institution], [Year]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