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[FULL NAME]</w:t>
      </w:r>
    </w:p>
    <w:p>
      <w:pPr>
        <w:jc w:val="center"/>
      </w:pPr>
      <w:r>
        <w:t>[Target Role] | [Top Skill 1] | [Top Skill 2]</w:t>
      </w:r>
    </w:p>
    <w:p>
      <w:pPr>
        <w:jc w:val="center"/>
      </w:pPr>
      <w:r>
        <w:t>[Phone] | [Email] | [City] | [LinkedIn/Portfolio]</w:t>
      </w:r>
    </w:p>
    <w:p>
      <w:pPr>
        <w:pStyle w:val="Heading2"/>
      </w:pPr>
      <w:r>
        <w:t>SUMMARY</w:t>
      </w:r>
    </w:p>
    <w:p>
      <w:r>
        <w:t>[One or two lines only] Candidate for [target role] with evidence in [project/work area], [tool/domain], and [result].</w:t>
      </w:r>
    </w:p>
    <w:p>
      <w:pPr>
        <w:pStyle w:val="Heading2"/>
      </w:pPr>
      <w:r>
        <w:t>SKILLS</w:t>
      </w:r>
    </w:p>
    <w:p>
      <w:r>
        <w:t>[Skill group 1]: [Skill], [Skill], [Skill] | [Skill group 2]: [Skill], [Skill], [Skill]</w:t>
      </w:r>
    </w:p>
    <w:p>
      <w:pPr>
        <w:pStyle w:val="Heading2"/>
      </w:pPr>
      <w:r>
        <w:t>EXPERIENCE OR PROJECTS</w:t>
      </w:r>
    </w:p>
    <w:p>
      <w:r>
        <w:t>[Most Relevant Role or Project] | [Organization/Tools] | [Dates]</w:t>
      </w:r>
    </w:p>
    <w:p>
      <w:pPr>
        <w:pStyle w:val="ListBullet"/>
      </w:pPr>
      <w:r>
        <w:t>Delivered [work/output] using [tool/process] for [scope/user/problem].</w:t>
      </w:r>
    </w:p>
    <w:p>
      <w:pPr>
        <w:pStyle w:val="ListBullet"/>
      </w:pPr>
      <w:r>
        <w:t>Improved, created, analysed, supported, or documented [result] with [truthful detail].</w:t>
      </w:r>
    </w:p>
    <w:p>
      <w:r>
        <w:t>[Second Relevant Role or Project] | [Organization/Tools] | [Dates]</w:t>
      </w:r>
    </w:p>
    <w:p>
      <w:pPr>
        <w:pStyle w:val="ListBullet"/>
      </w:pPr>
      <w:r>
        <w:t>Handled [task] and produced [output] for [audience/team/customer].</w:t>
      </w:r>
    </w:p>
    <w:p>
      <w:pPr>
        <w:pStyle w:val="ListBullet"/>
      </w:pPr>
      <w:r>
        <w:t>Used [skill/tool] and can explain [concept/workflow] in an interview.</w:t>
      </w:r>
    </w:p>
    <w:p>
      <w:pPr>
        <w:pStyle w:val="Heading2"/>
      </w:pPr>
      <w:r>
        <w:t>EDUCATION</w:t>
      </w:r>
    </w:p>
    <w:p>
      <w:r>
        <w:t>[Degree] - [Institution], [Year] | Relevant: [Course/Certification]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